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722" w:rsidRPr="004801D8" w:rsidRDefault="004801D8">
      <w:pPr>
        <w:keepLines/>
        <w:spacing w:after="280" w:line="240" w:lineRule="auto"/>
        <w:jc w:val="center"/>
        <w:rPr>
          <w:rFonts w:ascii="Times New Roman" w:hAnsi="Times New Roman" w:cs="Times New Roman"/>
          <w:szCs w:val="24"/>
        </w:rPr>
      </w:pPr>
      <w:r w:rsidRPr="004801D8">
        <w:rPr>
          <w:rFonts w:ascii="Times New Roman" w:hAnsi="Times New Roman" w:cs="Times New Roman"/>
          <w:b/>
          <w:szCs w:val="24"/>
        </w:rPr>
        <w:t>ЗАХТЕВ ЗА РАЗГЛЕДАЊЕ СПИСА</w:t>
      </w:r>
    </w:p>
    <w:p w:rsidR="00EA2722" w:rsidRPr="004801D8" w:rsidRDefault="004801D8">
      <w:pPr>
        <w:keepLines/>
        <w:spacing w:after="320" w:line="240" w:lineRule="auto"/>
        <w:jc w:val="right"/>
        <w:rPr>
          <w:rFonts w:ascii="Times New Roman" w:hAnsi="Times New Roman" w:cs="Times New Roman"/>
          <w:szCs w:val="24"/>
        </w:rPr>
      </w:pPr>
      <w:r w:rsidRPr="004801D8">
        <w:rPr>
          <w:rFonts w:ascii="Times New Roman" w:hAnsi="Times New Roman" w:cs="Times New Roman"/>
          <w:szCs w:val="24"/>
        </w:rPr>
        <w:t>Образац 135</w:t>
      </w:r>
    </w:p>
    <w:p w:rsidR="00EA2722" w:rsidRPr="004801D8" w:rsidRDefault="004801D8">
      <w:pPr>
        <w:keepLines/>
        <w:spacing w:after="400" w:line="240" w:lineRule="auto"/>
        <w:jc w:val="center"/>
        <w:rPr>
          <w:rFonts w:ascii="Times New Roman" w:hAnsi="Times New Roman" w:cs="Times New Roman"/>
          <w:szCs w:val="24"/>
        </w:rPr>
      </w:pPr>
      <w:r w:rsidRPr="004801D8">
        <w:rPr>
          <w:rFonts w:ascii="Times New Roman" w:hAnsi="Times New Roman" w:cs="Times New Roman"/>
          <w:b/>
          <w:szCs w:val="24"/>
        </w:rPr>
        <w:t>ОСНОВНОМ СУДУ У НЕГОТИНУ</w:t>
      </w:r>
    </w:p>
    <w:p w:rsidR="00EA2722" w:rsidRPr="004801D8" w:rsidRDefault="004801D8">
      <w:pPr>
        <w:keepLines/>
        <w:spacing w:after="80" w:line="240" w:lineRule="auto"/>
        <w:rPr>
          <w:rFonts w:ascii="Times New Roman" w:hAnsi="Times New Roman" w:cs="Times New Roman"/>
          <w:szCs w:val="24"/>
        </w:rPr>
      </w:pPr>
      <w:proofErr w:type="gramStart"/>
      <w:r w:rsidRPr="004801D8">
        <w:rPr>
          <w:rFonts w:ascii="Times New Roman" w:hAnsi="Times New Roman" w:cs="Times New Roman"/>
          <w:szCs w:val="24"/>
        </w:rPr>
        <w:t>Молим да ми се дозволи разгледање списа бр.</w:t>
      </w:r>
      <w:proofErr w:type="gramEnd"/>
      <w:r w:rsidRPr="004801D8">
        <w:rPr>
          <w:rFonts w:ascii="Times New Roman" w:hAnsi="Times New Roman" w:cs="Times New Roman"/>
          <w:szCs w:val="24"/>
        </w:rPr>
        <w:t xml:space="preserve"> _______________</w:t>
      </w:r>
      <w:r w:rsidRPr="004801D8">
        <w:rPr>
          <w:rFonts w:ascii="Times New Roman" w:hAnsi="Times New Roman" w:cs="Times New Roman"/>
          <w:szCs w:val="24"/>
        </w:rPr>
        <w:t xml:space="preserve"> / __________</w:t>
      </w:r>
    </w:p>
    <w:p w:rsidR="00EA2722" w:rsidRPr="004801D8" w:rsidRDefault="004801D8">
      <w:pPr>
        <w:keepLines/>
        <w:spacing w:line="240" w:lineRule="auto"/>
        <w:rPr>
          <w:rFonts w:ascii="Times New Roman" w:hAnsi="Times New Roman" w:cs="Times New Roman"/>
          <w:szCs w:val="24"/>
        </w:rPr>
      </w:pPr>
      <w:proofErr w:type="gramStart"/>
      <w:r w:rsidRPr="004801D8">
        <w:rPr>
          <w:rFonts w:ascii="Times New Roman" w:hAnsi="Times New Roman" w:cs="Times New Roman"/>
          <w:szCs w:val="24"/>
        </w:rPr>
        <w:t>а</w:t>
      </w:r>
      <w:proofErr w:type="gramEnd"/>
      <w:r w:rsidRPr="004801D8">
        <w:rPr>
          <w:rFonts w:ascii="Times New Roman" w:hAnsi="Times New Roman" w:cs="Times New Roman"/>
          <w:szCs w:val="24"/>
        </w:rPr>
        <w:t xml:space="preserve"> који се налази:</w:t>
      </w:r>
    </w:p>
    <w:p w:rsidR="00EA2722" w:rsidRPr="004801D8" w:rsidRDefault="004801D8">
      <w:pPr>
        <w:keepLines/>
        <w:spacing w:after="120" w:line="240" w:lineRule="auto"/>
        <w:ind w:left="432"/>
        <w:rPr>
          <w:rFonts w:ascii="Times New Roman" w:hAnsi="Times New Roman" w:cs="Times New Roman"/>
          <w:szCs w:val="24"/>
        </w:rPr>
      </w:pPr>
      <w:r w:rsidRPr="004801D8">
        <w:rPr>
          <w:rFonts w:ascii="Times New Roman" w:hAnsi="Times New Roman" w:cs="Times New Roman"/>
          <w:szCs w:val="24"/>
        </w:rPr>
        <w:t xml:space="preserve">- </w:t>
      </w:r>
      <w:proofErr w:type="gramStart"/>
      <w:r w:rsidRPr="004801D8">
        <w:rPr>
          <w:rFonts w:ascii="Times New Roman" w:hAnsi="Times New Roman" w:cs="Times New Roman"/>
          <w:szCs w:val="24"/>
        </w:rPr>
        <w:t>у</w:t>
      </w:r>
      <w:proofErr w:type="gramEnd"/>
      <w:r w:rsidRPr="004801D8">
        <w:rPr>
          <w:rFonts w:ascii="Times New Roman" w:hAnsi="Times New Roman" w:cs="Times New Roman"/>
          <w:szCs w:val="24"/>
        </w:rPr>
        <w:t xml:space="preserve"> писарници.</w:t>
      </w:r>
    </w:p>
    <w:p w:rsidR="00EA2722" w:rsidRPr="004801D8" w:rsidRDefault="004801D8">
      <w:pPr>
        <w:keepLines/>
        <w:spacing w:after="120" w:line="240" w:lineRule="auto"/>
        <w:ind w:left="432"/>
        <w:rPr>
          <w:rFonts w:ascii="Times New Roman" w:hAnsi="Times New Roman" w:cs="Times New Roman"/>
          <w:szCs w:val="24"/>
        </w:rPr>
      </w:pPr>
      <w:r w:rsidRPr="004801D8">
        <w:rPr>
          <w:rFonts w:ascii="Times New Roman" w:hAnsi="Times New Roman" w:cs="Times New Roman"/>
          <w:szCs w:val="24"/>
        </w:rPr>
        <w:t xml:space="preserve">- </w:t>
      </w:r>
      <w:proofErr w:type="gramStart"/>
      <w:r w:rsidRPr="004801D8">
        <w:rPr>
          <w:rFonts w:ascii="Times New Roman" w:hAnsi="Times New Roman" w:cs="Times New Roman"/>
          <w:szCs w:val="24"/>
        </w:rPr>
        <w:t>у</w:t>
      </w:r>
      <w:proofErr w:type="gramEnd"/>
      <w:r w:rsidRPr="004801D8">
        <w:rPr>
          <w:rFonts w:ascii="Times New Roman" w:hAnsi="Times New Roman" w:cs="Times New Roman"/>
          <w:szCs w:val="24"/>
        </w:rPr>
        <w:t xml:space="preserve"> архиви</w:t>
      </w:r>
    </w:p>
    <w:p w:rsidR="00EA2722" w:rsidRPr="004801D8" w:rsidRDefault="004801D8">
      <w:pPr>
        <w:keepLines/>
        <w:spacing w:before="200" w:after="160" w:line="240" w:lineRule="auto"/>
        <w:rPr>
          <w:rFonts w:ascii="Times New Roman" w:hAnsi="Times New Roman" w:cs="Times New Roman"/>
          <w:szCs w:val="24"/>
        </w:rPr>
      </w:pPr>
      <w:r w:rsidRPr="004801D8">
        <w:rPr>
          <w:rFonts w:ascii="Times New Roman" w:hAnsi="Times New Roman" w:cs="Times New Roman"/>
          <w:b/>
          <w:szCs w:val="24"/>
        </w:rPr>
        <w:t>Подносилац захтева:</w:t>
      </w:r>
    </w:p>
    <w:p w:rsidR="00EA2722" w:rsidRPr="004801D8" w:rsidRDefault="004801D8">
      <w:pPr>
        <w:keepLines/>
        <w:spacing w:after="100" w:line="240" w:lineRule="auto"/>
        <w:rPr>
          <w:rFonts w:ascii="Times New Roman" w:hAnsi="Times New Roman" w:cs="Times New Roman"/>
          <w:szCs w:val="24"/>
        </w:rPr>
      </w:pPr>
      <w:proofErr w:type="spellStart"/>
      <w:r w:rsidRPr="004801D8">
        <w:rPr>
          <w:rFonts w:ascii="Times New Roman" w:hAnsi="Times New Roman" w:cs="Times New Roman"/>
          <w:szCs w:val="24"/>
        </w:rPr>
        <w:t>Име</w:t>
      </w:r>
      <w:proofErr w:type="spellEnd"/>
      <w:r w:rsidRPr="004801D8">
        <w:rPr>
          <w:rFonts w:ascii="Times New Roman" w:hAnsi="Times New Roman" w:cs="Times New Roman"/>
          <w:szCs w:val="24"/>
        </w:rPr>
        <w:t xml:space="preserve"> и </w:t>
      </w:r>
      <w:proofErr w:type="spellStart"/>
      <w:r w:rsidRPr="004801D8">
        <w:rPr>
          <w:rFonts w:ascii="Times New Roman" w:hAnsi="Times New Roman" w:cs="Times New Roman"/>
          <w:szCs w:val="24"/>
        </w:rPr>
        <w:t>презиме</w:t>
      </w:r>
      <w:proofErr w:type="spellEnd"/>
      <w:r w:rsidRPr="004801D8">
        <w:rPr>
          <w:rFonts w:ascii="Times New Roman" w:hAnsi="Times New Roman" w:cs="Times New Roman"/>
          <w:szCs w:val="24"/>
        </w:rPr>
        <w:t>_________________________________________</w:t>
      </w:r>
    </w:p>
    <w:p w:rsidR="00EA2722" w:rsidRPr="004801D8" w:rsidRDefault="004801D8">
      <w:pPr>
        <w:keepLines/>
        <w:spacing w:after="100" w:line="240" w:lineRule="auto"/>
        <w:rPr>
          <w:rFonts w:ascii="Times New Roman" w:hAnsi="Times New Roman" w:cs="Times New Roman"/>
          <w:szCs w:val="24"/>
        </w:rPr>
      </w:pPr>
      <w:proofErr w:type="spellStart"/>
      <w:r w:rsidRPr="004801D8">
        <w:rPr>
          <w:rFonts w:ascii="Times New Roman" w:hAnsi="Times New Roman" w:cs="Times New Roman"/>
          <w:szCs w:val="24"/>
        </w:rPr>
        <w:t>Лична</w:t>
      </w:r>
      <w:proofErr w:type="spellEnd"/>
      <w:r w:rsidRPr="004801D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801D8">
        <w:rPr>
          <w:rFonts w:ascii="Times New Roman" w:hAnsi="Times New Roman" w:cs="Times New Roman"/>
          <w:szCs w:val="24"/>
        </w:rPr>
        <w:t>карта</w:t>
      </w:r>
      <w:proofErr w:type="spellEnd"/>
      <w:r w:rsidRPr="004801D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801D8">
        <w:rPr>
          <w:rFonts w:ascii="Times New Roman" w:hAnsi="Times New Roman" w:cs="Times New Roman"/>
          <w:szCs w:val="24"/>
        </w:rPr>
        <w:t>бр</w:t>
      </w:r>
      <w:proofErr w:type="spellEnd"/>
      <w:r w:rsidRPr="004801D8">
        <w:rPr>
          <w:rFonts w:ascii="Times New Roman" w:hAnsi="Times New Roman" w:cs="Times New Roman"/>
          <w:szCs w:val="24"/>
        </w:rPr>
        <w:t xml:space="preserve"> ________________________</w:t>
      </w:r>
      <w:r w:rsidRPr="004801D8">
        <w:rPr>
          <w:rFonts w:ascii="Times New Roman" w:hAnsi="Times New Roman" w:cs="Times New Roman"/>
          <w:szCs w:val="24"/>
        </w:rPr>
        <w:t xml:space="preserve">    </w:t>
      </w:r>
      <w:proofErr w:type="spellStart"/>
      <w:r w:rsidRPr="004801D8">
        <w:rPr>
          <w:rFonts w:ascii="Times New Roman" w:hAnsi="Times New Roman" w:cs="Times New Roman"/>
          <w:szCs w:val="24"/>
        </w:rPr>
        <w:t>Адвок.лег</w:t>
      </w:r>
      <w:proofErr w:type="spellEnd"/>
      <w:r w:rsidRPr="004801D8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4801D8">
        <w:rPr>
          <w:rFonts w:ascii="Times New Roman" w:hAnsi="Times New Roman" w:cs="Times New Roman"/>
          <w:szCs w:val="24"/>
        </w:rPr>
        <w:t>бр</w:t>
      </w:r>
      <w:proofErr w:type="spellEnd"/>
      <w:r w:rsidRPr="004801D8">
        <w:rPr>
          <w:rFonts w:ascii="Times New Roman" w:hAnsi="Times New Roman" w:cs="Times New Roman"/>
          <w:szCs w:val="24"/>
        </w:rPr>
        <w:t>.______________________</w:t>
      </w:r>
    </w:p>
    <w:p w:rsidR="00EA2722" w:rsidRPr="004801D8" w:rsidRDefault="004801D8">
      <w:pPr>
        <w:keepLines/>
        <w:spacing w:after="100" w:line="240" w:lineRule="auto"/>
        <w:rPr>
          <w:rFonts w:ascii="Times New Roman" w:hAnsi="Times New Roman" w:cs="Times New Roman"/>
          <w:szCs w:val="24"/>
        </w:rPr>
      </w:pPr>
      <w:proofErr w:type="spellStart"/>
      <w:r w:rsidRPr="004801D8">
        <w:rPr>
          <w:rFonts w:ascii="Times New Roman" w:hAnsi="Times New Roman" w:cs="Times New Roman"/>
          <w:szCs w:val="24"/>
        </w:rPr>
        <w:t>Својство</w:t>
      </w:r>
      <w:proofErr w:type="spellEnd"/>
      <w:r w:rsidRPr="004801D8">
        <w:rPr>
          <w:rFonts w:ascii="Times New Roman" w:hAnsi="Times New Roman" w:cs="Times New Roman"/>
          <w:szCs w:val="24"/>
        </w:rPr>
        <w:t>_________________________________________________</w:t>
      </w:r>
    </w:p>
    <w:p w:rsidR="00EA2722" w:rsidRPr="004801D8" w:rsidRDefault="004801D8">
      <w:pPr>
        <w:keepLines/>
        <w:spacing w:after="100" w:line="240" w:lineRule="auto"/>
        <w:rPr>
          <w:rFonts w:ascii="Times New Roman" w:hAnsi="Times New Roman" w:cs="Times New Roman"/>
          <w:szCs w:val="24"/>
        </w:rPr>
      </w:pPr>
      <w:proofErr w:type="spellStart"/>
      <w:r w:rsidRPr="004801D8">
        <w:rPr>
          <w:rFonts w:ascii="Times New Roman" w:hAnsi="Times New Roman" w:cs="Times New Roman"/>
          <w:szCs w:val="24"/>
        </w:rPr>
        <w:t>Адреса</w:t>
      </w:r>
      <w:proofErr w:type="spellEnd"/>
      <w:r w:rsidRPr="004801D8">
        <w:rPr>
          <w:rFonts w:ascii="Times New Roman" w:hAnsi="Times New Roman" w:cs="Times New Roman"/>
          <w:szCs w:val="24"/>
        </w:rPr>
        <w:t>___________________________________</w:t>
      </w:r>
      <w:r w:rsidRPr="004801D8">
        <w:rPr>
          <w:rFonts w:ascii="Times New Roman" w:hAnsi="Times New Roman" w:cs="Times New Roman"/>
          <w:szCs w:val="24"/>
        </w:rPr>
        <w:t xml:space="preserve">    </w:t>
      </w:r>
      <w:proofErr w:type="spellStart"/>
      <w:r w:rsidRPr="004801D8">
        <w:rPr>
          <w:rFonts w:ascii="Times New Roman" w:hAnsi="Times New Roman" w:cs="Times New Roman"/>
          <w:szCs w:val="24"/>
        </w:rPr>
        <w:t>Тел.б</w:t>
      </w:r>
      <w:r w:rsidRPr="004801D8">
        <w:rPr>
          <w:rFonts w:ascii="Times New Roman" w:hAnsi="Times New Roman" w:cs="Times New Roman"/>
          <w:szCs w:val="24"/>
        </w:rPr>
        <w:t>р</w:t>
      </w:r>
      <w:proofErr w:type="spellEnd"/>
      <w:r w:rsidRPr="004801D8">
        <w:rPr>
          <w:rFonts w:ascii="Times New Roman" w:hAnsi="Times New Roman" w:cs="Times New Roman"/>
          <w:szCs w:val="24"/>
        </w:rPr>
        <w:t>.________________________</w:t>
      </w:r>
    </w:p>
    <w:tbl>
      <w:tblPr>
        <w:tblW w:w="0" w:type="auto"/>
        <w:jc w:val="center"/>
        <w:tblLayout w:type="fixed"/>
        <w:tblLook w:val="04A0"/>
      </w:tblPr>
      <w:tblGrid>
        <w:gridCol w:w="6552"/>
        <w:gridCol w:w="3168"/>
      </w:tblGrid>
      <w:tr w:rsidR="00EA2722" w:rsidRPr="004801D8">
        <w:trPr>
          <w:jc w:val="center"/>
        </w:trPr>
        <w:tc>
          <w:tcPr>
            <w:tcW w:w="6552" w:type="dxa"/>
            <w:tcBorders>
              <w:top w:val="nil"/>
              <w:left w:val="nil"/>
              <w:bottom w:val="nil"/>
              <w:right w:val="nil"/>
            </w:tcBorders>
          </w:tcPr>
          <w:p w:rsidR="00EA2722" w:rsidRPr="004801D8" w:rsidRDefault="004801D8">
            <w:pPr>
              <w:spacing w:after="80" w:line="240" w:lineRule="auto"/>
              <w:rPr>
                <w:rFonts w:ascii="Times New Roman" w:hAnsi="Times New Roman" w:cs="Times New Roman"/>
                <w:szCs w:val="24"/>
              </w:rPr>
            </w:pPr>
            <w:r w:rsidRPr="004801D8">
              <w:rPr>
                <w:rFonts w:ascii="Times New Roman" w:hAnsi="Times New Roman" w:cs="Times New Roman"/>
                <w:b/>
                <w:szCs w:val="24"/>
              </w:rPr>
              <w:t>Разгледање списа дозволио судија: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EA2722" w:rsidRPr="004801D8" w:rsidRDefault="004801D8">
            <w:pPr>
              <w:spacing w:after="8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01D8">
              <w:rPr>
                <w:rFonts w:ascii="Times New Roman" w:hAnsi="Times New Roman" w:cs="Times New Roman"/>
                <w:b/>
                <w:szCs w:val="24"/>
              </w:rPr>
              <w:t>Потпис</w:t>
            </w:r>
          </w:p>
        </w:tc>
      </w:tr>
      <w:tr w:rsidR="00EA2722" w:rsidRPr="004801D8">
        <w:trPr>
          <w:jc w:val="center"/>
        </w:trPr>
        <w:tc>
          <w:tcPr>
            <w:tcW w:w="6552" w:type="dxa"/>
            <w:tcBorders>
              <w:top w:val="nil"/>
              <w:left w:val="nil"/>
              <w:bottom w:val="nil"/>
              <w:right w:val="nil"/>
            </w:tcBorders>
          </w:tcPr>
          <w:p w:rsidR="00EA2722" w:rsidRPr="004801D8" w:rsidRDefault="004801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801D8">
              <w:rPr>
                <w:rFonts w:ascii="Times New Roman" w:hAnsi="Times New Roman" w:cs="Times New Roman"/>
                <w:szCs w:val="24"/>
              </w:rPr>
              <w:t>________________________________</w:t>
            </w:r>
          </w:p>
        </w:tc>
        <w:tc>
          <w:tcPr>
            <w:tcW w:w="3168" w:type="dxa"/>
            <w:tcBorders>
              <w:top w:val="nil"/>
              <w:left w:val="nil"/>
              <w:bottom w:val="nil"/>
              <w:right w:val="nil"/>
            </w:tcBorders>
          </w:tcPr>
          <w:p w:rsidR="00EA2722" w:rsidRPr="004801D8" w:rsidRDefault="0048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01D8">
              <w:rPr>
                <w:rFonts w:ascii="Times New Roman" w:hAnsi="Times New Roman" w:cs="Times New Roman"/>
                <w:szCs w:val="24"/>
              </w:rPr>
              <w:t>______________________</w:t>
            </w:r>
          </w:p>
        </w:tc>
      </w:tr>
    </w:tbl>
    <w:p w:rsidR="00EA2722" w:rsidRPr="004801D8" w:rsidRDefault="004801D8" w:rsidP="004801D8">
      <w:pPr>
        <w:keepLines/>
        <w:spacing w:before="320" w:after="0" w:line="240" w:lineRule="auto"/>
        <w:rPr>
          <w:rFonts w:ascii="Times New Roman" w:hAnsi="Times New Roman" w:cs="Times New Roman"/>
          <w:szCs w:val="24"/>
        </w:rPr>
      </w:pPr>
      <w:proofErr w:type="gramStart"/>
      <w:r w:rsidRPr="004801D8">
        <w:rPr>
          <w:rFonts w:ascii="Times New Roman" w:hAnsi="Times New Roman" w:cs="Times New Roman"/>
          <w:szCs w:val="24"/>
        </w:rPr>
        <w:t xml:space="preserve">По одобрењу судије обавестити подносиоца захтева да може </w:t>
      </w:r>
      <w:proofErr w:type="spellStart"/>
      <w:r w:rsidRPr="004801D8">
        <w:rPr>
          <w:rFonts w:ascii="Times New Roman" w:hAnsi="Times New Roman" w:cs="Times New Roman"/>
          <w:szCs w:val="24"/>
        </w:rPr>
        <w:t>да</w:t>
      </w:r>
      <w:proofErr w:type="spellEnd"/>
      <w:r w:rsidRPr="004801D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801D8">
        <w:rPr>
          <w:rFonts w:ascii="Times New Roman" w:hAnsi="Times New Roman" w:cs="Times New Roman"/>
          <w:szCs w:val="24"/>
        </w:rPr>
        <w:t>изврши</w:t>
      </w:r>
      <w:proofErr w:type="spellEnd"/>
      <w:r w:rsidRPr="004801D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801D8">
        <w:rPr>
          <w:rFonts w:ascii="Times New Roman" w:hAnsi="Times New Roman" w:cs="Times New Roman"/>
          <w:szCs w:val="24"/>
        </w:rPr>
        <w:t>разгледање</w:t>
      </w:r>
      <w:proofErr w:type="spellEnd"/>
      <w:r w:rsidRPr="004801D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801D8">
        <w:rPr>
          <w:rFonts w:ascii="Times New Roman" w:hAnsi="Times New Roman" w:cs="Times New Roman"/>
          <w:szCs w:val="24"/>
        </w:rPr>
        <w:t>дана</w:t>
      </w:r>
      <w:proofErr w:type="spellEnd"/>
      <w:r w:rsidRPr="004801D8">
        <w:rPr>
          <w:rFonts w:ascii="Times New Roman" w:hAnsi="Times New Roman" w:cs="Times New Roman"/>
          <w:szCs w:val="24"/>
        </w:rPr>
        <w:t xml:space="preserve"> __________</w:t>
      </w:r>
      <w:r w:rsidRPr="004801D8">
        <w:rPr>
          <w:rFonts w:ascii="Times New Roman" w:hAnsi="Times New Roman" w:cs="Times New Roman"/>
          <w:szCs w:val="24"/>
        </w:rPr>
        <w:t xml:space="preserve">____ </w:t>
      </w:r>
      <w:proofErr w:type="spellStart"/>
      <w:r w:rsidRPr="004801D8">
        <w:rPr>
          <w:rFonts w:ascii="Times New Roman" w:hAnsi="Times New Roman" w:cs="Times New Roman"/>
          <w:szCs w:val="24"/>
        </w:rPr>
        <w:t>од</w:t>
      </w:r>
      <w:proofErr w:type="spellEnd"/>
      <w:r w:rsidRPr="004801D8">
        <w:rPr>
          <w:rFonts w:ascii="Times New Roman" w:hAnsi="Times New Roman" w:cs="Times New Roman"/>
          <w:szCs w:val="24"/>
        </w:rPr>
        <w:t xml:space="preserve"> 09-13 </w:t>
      </w:r>
      <w:proofErr w:type="spellStart"/>
      <w:r w:rsidRPr="004801D8">
        <w:rPr>
          <w:rFonts w:ascii="Times New Roman" w:hAnsi="Times New Roman" w:cs="Times New Roman"/>
          <w:szCs w:val="24"/>
        </w:rPr>
        <w:t>часова</w:t>
      </w:r>
      <w:proofErr w:type="spellEnd"/>
      <w:r w:rsidRPr="004801D8">
        <w:rPr>
          <w:rFonts w:ascii="Times New Roman" w:hAnsi="Times New Roman" w:cs="Times New Roman"/>
          <w:szCs w:val="24"/>
        </w:rPr>
        <w:t>, соба бр.</w:t>
      </w:r>
      <w:proofErr w:type="gramEnd"/>
      <w:r w:rsidRPr="004801D8">
        <w:rPr>
          <w:rFonts w:ascii="Times New Roman" w:hAnsi="Times New Roman" w:cs="Times New Roman"/>
          <w:szCs w:val="24"/>
        </w:rPr>
        <w:t xml:space="preserve"> _______</w:t>
      </w:r>
      <w:r w:rsidRPr="004801D8">
        <w:rPr>
          <w:rFonts w:ascii="Times New Roman" w:hAnsi="Times New Roman" w:cs="Times New Roman"/>
          <w:szCs w:val="24"/>
        </w:rPr>
        <w:t xml:space="preserve">_ </w:t>
      </w:r>
      <w:proofErr w:type="spellStart"/>
      <w:proofErr w:type="gramStart"/>
      <w:r w:rsidRPr="004801D8">
        <w:rPr>
          <w:rFonts w:ascii="Times New Roman" w:hAnsi="Times New Roman" w:cs="Times New Roman"/>
          <w:szCs w:val="24"/>
        </w:rPr>
        <w:t>уз</w:t>
      </w:r>
      <w:proofErr w:type="spellEnd"/>
      <w:proofErr w:type="gramEnd"/>
      <w:r w:rsidRPr="004801D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801D8">
        <w:rPr>
          <w:rFonts w:ascii="Times New Roman" w:hAnsi="Times New Roman" w:cs="Times New Roman"/>
          <w:szCs w:val="24"/>
        </w:rPr>
        <w:t>наплату</w:t>
      </w:r>
      <w:proofErr w:type="spellEnd"/>
      <w:r w:rsidRPr="004801D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801D8">
        <w:rPr>
          <w:rFonts w:ascii="Times New Roman" w:hAnsi="Times New Roman" w:cs="Times New Roman"/>
          <w:szCs w:val="24"/>
        </w:rPr>
        <w:t>таксе</w:t>
      </w:r>
      <w:proofErr w:type="spellEnd"/>
      <w:r w:rsidRPr="004801D8">
        <w:rPr>
          <w:rFonts w:ascii="Times New Roman" w:hAnsi="Times New Roman" w:cs="Times New Roman"/>
          <w:szCs w:val="24"/>
        </w:rPr>
        <w:t xml:space="preserve"> од дин. ______________</w:t>
      </w:r>
      <w:proofErr w:type="gramStart"/>
      <w:r w:rsidRPr="004801D8">
        <w:rPr>
          <w:rFonts w:ascii="Times New Roman" w:hAnsi="Times New Roman" w:cs="Times New Roman"/>
          <w:szCs w:val="24"/>
        </w:rPr>
        <w:t>_</w:t>
      </w:r>
      <w:r w:rsidRPr="004801D8">
        <w:rPr>
          <w:rFonts w:ascii="Times New Roman" w:hAnsi="Times New Roman" w:cs="Times New Roman"/>
          <w:szCs w:val="24"/>
        </w:rPr>
        <w:t xml:space="preserve"> ,</w:t>
      </w:r>
      <w:proofErr w:type="gramEnd"/>
      <w:r w:rsidRPr="004801D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801D8">
        <w:rPr>
          <w:rFonts w:ascii="Times New Roman" w:hAnsi="Times New Roman" w:cs="Times New Roman"/>
          <w:szCs w:val="24"/>
        </w:rPr>
        <w:t>коју</w:t>
      </w:r>
      <w:proofErr w:type="spellEnd"/>
      <w:r w:rsidRPr="004801D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801D8">
        <w:rPr>
          <w:rFonts w:ascii="Times New Roman" w:hAnsi="Times New Roman" w:cs="Times New Roman"/>
          <w:szCs w:val="24"/>
        </w:rPr>
        <w:t>уплатити</w:t>
      </w:r>
      <w:proofErr w:type="spellEnd"/>
      <w:r w:rsidRPr="004801D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801D8">
        <w:rPr>
          <w:rFonts w:ascii="Times New Roman" w:hAnsi="Times New Roman" w:cs="Times New Roman"/>
          <w:szCs w:val="24"/>
        </w:rPr>
        <w:t>на</w:t>
      </w:r>
      <w:proofErr w:type="spellEnd"/>
      <w:r w:rsidRPr="004801D8">
        <w:rPr>
          <w:rFonts w:ascii="Times New Roman" w:hAnsi="Times New Roman" w:cs="Times New Roman"/>
          <w:szCs w:val="24"/>
        </w:rPr>
        <w:t xml:space="preserve">  </w:t>
      </w:r>
      <w:proofErr w:type="spellStart"/>
      <w:r w:rsidRPr="004801D8">
        <w:rPr>
          <w:rFonts w:ascii="Times New Roman" w:hAnsi="Times New Roman" w:cs="Times New Roman"/>
          <w:szCs w:val="24"/>
        </w:rPr>
        <w:t>жиро</w:t>
      </w:r>
      <w:proofErr w:type="spellEnd"/>
      <w:r w:rsidRPr="004801D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801D8">
        <w:rPr>
          <w:rFonts w:ascii="Times New Roman" w:hAnsi="Times New Roman" w:cs="Times New Roman"/>
          <w:szCs w:val="24"/>
        </w:rPr>
        <w:t>рачун</w:t>
      </w:r>
      <w:proofErr w:type="spellEnd"/>
      <w:r w:rsidRPr="004801D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801D8">
        <w:rPr>
          <w:rFonts w:ascii="Times New Roman" w:hAnsi="Times New Roman" w:cs="Times New Roman"/>
          <w:szCs w:val="24"/>
        </w:rPr>
        <w:t>суда</w:t>
      </w:r>
      <w:proofErr w:type="spellEnd"/>
      <w:r w:rsidRPr="004801D8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4801D8">
        <w:rPr>
          <w:rFonts w:ascii="Times New Roman" w:hAnsi="Times New Roman" w:cs="Times New Roman"/>
          <w:szCs w:val="24"/>
        </w:rPr>
        <w:t>бр</w:t>
      </w:r>
      <w:proofErr w:type="spellEnd"/>
      <w:r w:rsidRPr="004801D8">
        <w:rPr>
          <w:rFonts w:ascii="Times New Roman" w:hAnsi="Times New Roman" w:cs="Times New Roman"/>
          <w:szCs w:val="24"/>
        </w:rPr>
        <w:t xml:space="preserve">. </w:t>
      </w:r>
      <w:proofErr w:type="gramStart"/>
      <w:r w:rsidRPr="004801D8">
        <w:rPr>
          <w:rFonts w:ascii="Times New Roman" w:hAnsi="Times New Roman" w:cs="Times New Roman"/>
          <w:szCs w:val="24"/>
        </w:rPr>
        <w:t>840-29660845-58.</w:t>
      </w:r>
      <w:proofErr w:type="gramEnd"/>
    </w:p>
    <w:p w:rsidR="004801D8" w:rsidRPr="004801D8" w:rsidRDefault="004801D8" w:rsidP="004801D8">
      <w:pPr>
        <w:keepLines/>
        <w:spacing w:before="320" w:after="0" w:line="240" w:lineRule="auto"/>
        <w:rPr>
          <w:rFonts w:ascii="Times New Roman" w:hAnsi="Times New Roman" w:cs="Times New Roman"/>
          <w:szCs w:val="24"/>
        </w:rPr>
      </w:pPr>
    </w:p>
    <w:tbl>
      <w:tblPr>
        <w:tblW w:w="0" w:type="auto"/>
        <w:jc w:val="center"/>
        <w:tblLayout w:type="fixed"/>
        <w:tblLook w:val="04A0"/>
      </w:tblPr>
      <w:tblGrid>
        <w:gridCol w:w="4896"/>
        <w:gridCol w:w="3888"/>
      </w:tblGrid>
      <w:tr w:rsidR="00EA2722" w:rsidRPr="004801D8">
        <w:trPr>
          <w:jc w:val="center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</w:tcPr>
          <w:p w:rsidR="00EA2722" w:rsidRPr="004801D8" w:rsidRDefault="004801D8" w:rsidP="004801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801D8">
              <w:rPr>
                <w:rFonts w:ascii="Times New Roman" w:hAnsi="Times New Roman" w:cs="Times New Roman"/>
                <w:b/>
                <w:szCs w:val="24"/>
              </w:rPr>
              <w:t>Спис разгледао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EA2722" w:rsidRPr="004801D8" w:rsidRDefault="0048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01D8">
              <w:rPr>
                <w:rFonts w:ascii="Times New Roman" w:hAnsi="Times New Roman" w:cs="Times New Roman"/>
                <w:b/>
                <w:szCs w:val="24"/>
              </w:rPr>
              <w:t>Референт</w:t>
            </w:r>
          </w:p>
        </w:tc>
      </w:tr>
      <w:tr w:rsidR="00EA2722" w:rsidRPr="004801D8">
        <w:trPr>
          <w:jc w:val="center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</w:tcPr>
          <w:p w:rsidR="00EA2722" w:rsidRPr="004801D8" w:rsidRDefault="004801D8" w:rsidP="004801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801D8">
              <w:rPr>
                <w:rFonts w:ascii="Times New Roman" w:hAnsi="Times New Roman" w:cs="Times New Roman"/>
                <w:szCs w:val="24"/>
              </w:rPr>
              <w:t>подносилац молбе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EA2722" w:rsidRPr="004801D8" w:rsidRDefault="004801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801D8">
              <w:rPr>
                <w:rFonts w:ascii="Times New Roman" w:hAnsi="Times New Roman" w:cs="Times New Roman"/>
                <w:szCs w:val="24"/>
              </w:rPr>
              <w:t>_____________________</w:t>
            </w:r>
          </w:p>
        </w:tc>
      </w:tr>
      <w:tr w:rsidR="00EA2722" w:rsidRPr="004801D8">
        <w:trPr>
          <w:jc w:val="center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</w:tcPr>
          <w:p w:rsidR="00EA2722" w:rsidRPr="004801D8" w:rsidRDefault="004801D8" w:rsidP="004801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4801D8">
              <w:rPr>
                <w:rFonts w:ascii="Times New Roman" w:hAnsi="Times New Roman" w:cs="Times New Roman"/>
                <w:szCs w:val="24"/>
              </w:rPr>
              <w:t>Д</w:t>
            </w:r>
            <w:r w:rsidRPr="004801D8">
              <w:rPr>
                <w:rFonts w:ascii="Times New Roman" w:hAnsi="Times New Roman" w:cs="Times New Roman"/>
                <w:szCs w:val="24"/>
              </w:rPr>
              <w:t>ана</w:t>
            </w:r>
            <w:proofErr w:type="spellEnd"/>
            <w:r w:rsidRPr="004801D8">
              <w:rPr>
                <w:rFonts w:ascii="Times New Roman" w:hAnsi="Times New Roman" w:cs="Times New Roman"/>
                <w:szCs w:val="24"/>
              </w:rPr>
              <w:t>_________________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EA2722" w:rsidRPr="004801D8" w:rsidRDefault="00EA2722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801D8" w:rsidRPr="004801D8" w:rsidRDefault="004801D8">
      <w:pPr>
        <w:keepLines/>
        <w:spacing w:before="120" w:after="0" w:line="240" w:lineRule="auto"/>
        <w:ind w:left="936"/>
        <w:rPr>
          <w:rFonts w:ascii="Times New Roman" w:hAnsi="Times New Roman" w:cs="Times New Roman"/>
          <w:b/>
          <w:szCs w:val="24"/>
        </w:rPr>
      </w:pPr>
    </w:p>
    <w:p w:rsidR="00EA2722" w:rsidRPr="004801D8" w:rsidRDefault="004801D8">
      <w:pPr>
        <w:keepLines/>
        <w:spacing w:before="120" w:after="0" w:line="240" w:lineRule="auto"/>
        <w:ind w:left="936"/>
        <w:rPr>
          <w:rFonts w:ascii="Times New Roman" w:hAnsi="Times New Roman" w:cs="Times New Roman"/>
          <w:szCs w:val="24"/>
        </w:rPr>
      </w:pPr>
      <w:proofErr w:type="spellStart"/>
      <w:r w:rsidRPr="004801D8">
        <w:rPr>
          <w:rFonts w:ascii="Times New Roman" w:hAnsi="Times New Roman" w:cs="Times New Roman"/>
          <w:b/>
          <w:szCs w:val="24"/>
        </w:rPr>
        <w:t>Такса</w:t>
      </w:r>
      <w:proofErr w:type="spellEnd"/>
      <w:r w:rsidRPr="004801D8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4801D8">
        <w:rPr>
          <w:rFonts w:ascii="Times New Roman" w:hAnsi="Times New Roman" w:cs="Times New Roman"/>
          <w:b/>
          <w:szCs w:val="24"/>
        </w:rPr>
        <w:t>наплаћена</w:t>
      </w:r>
      <w:proofErr w:type="spellEnd"/>
      <w:r w:rsidRPr="004801D8">
        <w:rPr>
          <w:rFonts w:ascii="Times New Roman" w:hAnsi="Times New Roman" w:cs="Times New Roman"/>
          <w:b/>
          <w:szCs w:val="24"/>
        </w:rPr>
        <w:t xml:space="preserve"> - </w:t>
      </w:r>
      <w:proofErr w:type="spellStart"/>
      <w:r w:rsidRPr="004801D8">
        <w:rPr>
          <w:rFonts w:ascii="Times New Roman" w:hAnsi="Times New Roman" w:cs="Times New Roman"/>
          <w:b/>
          <w:szCs w:val="24"/>
        </w:rPr>
        <w:t>прилог</w:t>
      </w:r>
      <w:proofErr w:type="spellEnd"/>
      <w:r w:rsidRPr="004801D8">
        <w:rPr>
          <w:rFonts w:ascii="Times New Roman" w:hAnsi="Times New Roman" w:cs="Times New Roman"/>
          <w:b/>
          <w:szCs w:val="24"/>
        </w:rPr>
        <w:t xml:space="preserve"> признаница</w:t>
      </w:r>
    </w:p>
    <w:sectPr w:rsidR="00EA2722" w:rsidRPr="004801D8" w:rsidSect="00034616">
      <w:pgSz w:w="12240" w:h="15840"/>
      <w:pgMar w:top="936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4801D8"/>
    <w:rsid w:val="00AA1D8D"/>
    <w:rsid w:val="00B47730"/>
    <w:rsid w:val="00CB0664"/>
    <w:rsid w:val="00EA2722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eastAsia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Захтев за разгледање списа</dc:title>
  <dc:subject>Образац 135</dc:subject>
  <dc:creator>python-docx</dc:creator>
  <dc:description>generated by python-docx</dc:description>
  <cp:lastModifiedBy>dragica.zivkovic</cp:lastModifiedBy>
  <cp:revision>2</cp:revision>
  <cp:lastPrinted>2026-08-06T10:45:00Z</cp:lastPrinted>
  <dcterms:created xsi:type="dcterms:W3CDTF">2026-08-06T10:46:00Z</dcterms:created>
  <dcterms:modified xsi:type="dcterms:W3CDTF">2026-08-06T10:46:00Z</dcterms:modified>
</cp:coreProperties>
</file>